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B6C04A" w14:textId="77777777" w:rsidR="00051031" w:rsidRDefault="00000000">
      <w:pPr>
        <w:spacing w:after="60" w:line="240" w:lineRule="auto"/>
        <w:jc w:val="center"/>
      </w:pPr>
      <w:r>
        <w:rPr>
          <w:noProof/>
        </w:rPr>
        <w:drawing>
          <wp:inline distT="0" distB="0" distL="0" distR="0" wp14:anchorId="44F02E15" wp14:editId="4D24A7E8">
            <wp:extent cx="1224000" cy="79814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24000" cy="798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963AC" w14:textId="77777777" w:rsidR="00AA3E13" w:rsidRDefault="00AA3E13">
      <w:pPr>
        <w:spacing w:after="60" w:line="240" w:lineRule="auto"/>
        <w:jc w:val="center"/>
      </w:pPr>
    </w:p>
    <w:p w14:paraId="10FB9C6B" w14:textId="77777777" w:rsidR="00051031" w:rsidRDefault="00000000">
      <w:pPr>
        <w:spacing w:after="40" w:line="240" w:lineRule="auto"/>
        <w:jc w:val="center"/>
      </w:pPr>
      <w:r>
        <w:rPr>
          <w:b/>
          <w:color w:val="4F7D35"/>
          <w:sz w:val="30"/>
        </w:rPr>
        <w:t>ŽÁDOST O POŘÁDÁNÍ HROMADNÉ AKCE</w:t>
      </w:r>
    </w:p>
    <w:p w14:paraId="1FAC7DEE" w14:textId="77777777" w:rsidR="00051031" w:rsidRDefault="00000000">
      <w:pPr>
        <w:spacing w:after="40" w:line="240" w:lineRule="auto"/>
        <w:jc w:val="center"/>
      </w:pPr>
      <w:r>
        <w:rPr>
          <w:color w:val="5B6258"/>
        </w:rPr>
        <w:t>v lesích ve správě společnosti Městské lesy Hradec Králové a.s.</w:t>
      </w:r>
    </w:p>
    <w:p w14:paraId="3767CAC2" w14:textId="77777777" w:rsidR="00051031" w:rsidRDefault="00000000">
      <w:pPr>
        <w:spacing w:after="120" w:line="240" w:lineRule="auto"/>
        <w:jc w:val="center"/>
      </w:pPr>
      <w:r>
        <w:rPr>
          <w:color w:val="5B6258"/>
          <w:sz w:val="17"/>
        </w:rPr>
        <w:t>(dle § 20 odst. 5 zákona č. 289/1995 Sb., o lesích, ve znění pozdějších předpisů)</w:t>
      </w:r>
    </w:p>
    <w:p w14:paraId="23DA5044" w14:textId="77777777" w:rsidR="00051031" w:rsidRDefault="00051031">
      <w:pPr>
        <w:pBdr>
          <w:bottom w:val="single" w:sz="18" w:space="1" w:color="F3C500"/>
        </w:pBdr>
        <w:spacing w:before="40" w:after="120" w:line="240" w:lineRule="auto"/>
      </w:pPr>
    </w:p>
    <w:p w14:paraId="094607BD" w14:textId="77777777" w:rsidR="00051031" w:rsidRDefault="00000000">
      <w:pPr>
        <w:shd w:val="clear" w:color="auto" w:fill="F6F8F4"/>
        <w:spacing w:after="140" w:line="240" w:lineRule="auto"/>
        <w:ind w:left="170" w:right="170"/>
      </w:pPr>
      <w:r>
        <w:rPr>
          <w:b/>
          <w:color w:val="4F7D35"/>
          <w:sz w:val="19"/>
        </w:rPr>
        <w:t xml:space="preserve">Jak formulář vyplnit: </w:t>
      </w:r>
      <w:r>
        <w:rPr>
          <w:sz w:val="19"/>
        </w:rPr>
        <w:t>klikněte do šedého pole a začněte psát. Pole se při delším textu automaticky rozšíří. Při elektronickém odeslání ve Wordu není nutný podpis – postačí jméno a příjmení.</w:t>
      </w:r>
    </w:p>
    <w:p w14:paraId="5EA398A1" w14:textId="77777777" w:rsidR="00051031" w:rsidRPr="00AA3E13" w:rsidRDefault="00000000">
      <w:pPr>
        <w:keepNext/>
        <w:spacing w:before="100" w:line="240" w:lineRule="auto"/>
        <w:rPr>
          <w:lang w:val="pl-PL"/>
        </w:rPr>
      </w:pPr>
      <w:r w:rsidRPr="00AA3E13">
        <w:rPr>
          <w:b/>
          <w:color w:val="95B327"/>
          <w:sz w:val="26"/>
          <w:lang w:val="pl-PL"/>
        </w:rPr>
        <w:t xml:space="preserve">1  </w:t>
      </w:r>
      <w:r w:rsidRPr="00AA3E13">
        <w:rPr>
          <w:b/>
          <w:color w:val="4F7D35"/>
          <w:sz w:val="26"/>
          <w:lang w:val="pl-PL"/>
        </w:rPr>
        <w:t>Údaje o akci</w:t>
      </w:r>
    </w:p>
    <w:p w14:paraId="45233074" w14:textId="77777777" w:rsidR="00051031" w:rsidRPr="00AA3E13" w:rsidRDefault="00000000">
      <w:pPr>
        <w:keepNext/>
        <w:spacing w:before="60" w:after="40" w:line="240" w:lineRule="auto"/>
        <w:rPr>
          <w:lang w:val="pl-PL"/>
        </w:rPr>
      </w:pPr>
      <w:r w:rsidRPr="00AA3E13">
        <w:rPr>
          <w:b/>
          <w:lang w:val="pl-PL"/>
        </w:rPr>
        <w:t>Název akce *</w:t>
      </w:r>
    </w:p>
    <w:p w14:paraId="7206B56B" w14:textId="77777777" w:rsidR="00051031" w:rsidRPr="00AA3E13" w:rsidRDefault="00000000">
      <w:pPr>
        <w:pBdr>
          <w:bottom w:val="single" w:sz="9" w:space="2" w:color="4F7D35"/>
        </w:pBdr>
        <w:shd w:val="clear" w:color="auto" w:fill="F3F6F1"/>
        <w:spacing w:before="60" w:after="60" w:line="252" w:lineRule="auto"/>
        <w:ind w:left="142" w:right="142"/>
        <w:rPr>
          <w:lang w:val="pl-PL"/>
        </w:rPr>
      </w:pPr>
      <w:sdt>
        <w:sdtPr>
          <w:alias w:val="NAZEV_AKCE"/>
          <w:tag w:val="NAZEV_AKCE"/>
          <w:id w:val="-2057313861"/>
          <w:showingPlcHdr/>
          <w:text/>
        </w:sdtPr>
        <w:sdtContent>
          <w:r w:rsidRPr="00AA3E13">
            <w:rPr>
              <w:i/>
              <w:color w:val="7A8177"/>
              <w:sz w:val="20"/>
              <w:lang w:val="pl-PL"/>
            </w:rPr>
            <w:t>Klikněte sem a napište název akce</w:t>
          </w:r>
        </w:sdtContent>
      </w:sdt>
    </w:p>
    <w:p w14:paraId="3EBB1CB6" w14:textId="77777777" w:rsidR="00AA3E13" w:rsidRDefault="00AA3E13">
      <w:pPr>
        <w:keepNext/>
        <w:spacing w:before="60" w:after="40" w:line="240" w:lineRule="auto"/>
        <w:rPr>
          <w:b/>
          <w:lang w:val="pl-PL"/>
        </w:rPr>
      </w:pPr>
    </w:p>
    <w:p w14:paraId="066ABD90" w14:textId="79F1724E" w:rsidR="00051031" w:rsidRPr="00AA3E13" w:rsidRDefault="00000000">
      <w:pPr>
        <w:keepNext/>
        <w:spacing w:before="60" w:after="40" w:line="240" w:lineRule="auto"/>
        <w:rPr>
          <w:lang w:val="pl-PL"/>
        </w:rPr>
      </w:pPr>
      <w:r w:rsidRPr="00AA3E13">
        <w:rPr>
          <w:b/>
          <w:lang w:val="pl-PL"/>
        </w:rPr>
        <w:t>Datum konání akce *</w:t>
      </w:r>
    </w:p>
    <w:p w14:paraId="47F7022C" w14:textId="77777777" w:rsidR="00051031" w:rsidRPr="00AA3E13" w:rsidRDefault="00000000">
      <w:pPr>
        <w:pBdr>
          <w:bottom w:val="single" w:sz="9" w:space="2" w:color="4F7D35"/>
        </w:pBdr>
        <w:shd w:val="clear" w:color="auto" w:fill="F3F6F1"/>
        <w:spacing w:before="60" w:after="60" w:line="252" w:lineRule="auto"/>
        <w:ind w:left="142" w:right="142"/>
        <w:rPr>
          <w:lang w:val="pl-PL"/>
        </w:rPr>
      </w:pPr>
      <w:sdt>
        <w:sdtPr>
          <w:alias w:val="DATUM_AKCE"/>
          <w:tag w:val="DATUM_AKCE"/>
          <w:id w:val="886605418"/>
          <w:showingPlcHdr/>
          <w:text/>
        </w:sdtPr>
        <w:sdtContent>
          <w:r w:rsidRPr="00AA3E13">
            <w:rPr>
              <w:i/>
              <w:color w:val="7A8177"/>
              <w:sz w:val="20"/>
              <w:lang w:val="pl-PL"/>
            </w:rPr>
            <w:t>Klikněte sem a napište datum</w:t>
          </w:r>
        </w:sdtContent>
      </w:sdt>
    </w:p>
    <w:p w14:paraId="3644440E" w14:textId="77777777" w:rsidR="00AA3E13" w:rsidRDefault="00AA3E13">
      <w:pPr>
        <w:keepNext/>
        <w:spacing w:before="60" w:after="40" w:line="240" w:lineRule="auto"/>
        <w:rPr>
          <w:b/>
          <w:lang w:val="pl-PL"/>
        </w:rPr>
      </w:pPr>
    </w:p>
    <w:p w14:paraId="6A1B290C" w14:textId="2B494E0E" w:rsidR="00051031" w:rsidRPr="00AA3E13" w:rsidRDefault="00000000">
      <w:pPr>
        <w:keepNext/>
        <w:spacing w:before="60" w:after="40" w:line="240" w:lineRule="auto"/>
        <w:rPr>
          <w:lang w:val="pl-PL"/>
        </w:rPr>
      </w:pPr>
      <w:r w:rsidRPr="00AA3E13">
        <w:rPr>
          <w:b/>
          <w:lang w:val="pl-PL"/>
        </w:rPr>
        <w:t>Předpokládaný počet účastníků *</w:t>
      </w:r>
    </w:p>
    <w:p w14:paraId="2F02B41C" w14:textId="77777777" w:rsidR="00051031" w:rsidRPr="00AA3E13" w:rsidRDefault="00000000">
      <w:pPr>
        <w:pBdr>
          <w:bottom w:val="single" w:sz="9" w:space="2" w:color="4F7D35"/>
        </w:pBdr>
        <w:shd w:val="clear" w:color="auto" w:fill="F3F6F1"/>
        <w:spacing w:before="60" w:after="60" w:line="252" w:lineRule="auto"/>
        <w:ind w:left="142" w:right="142"/>
        <w:rPr>
          <w:lang w:val="pl-PL"/>
        </w:rPr>
      </w:pPr>
      <w:sdt>
        <w:sdtPr>
          <w:alias w:val="POCET_UCASTNIKU"/>
          <w:tag w:val="POCET_UCASTNIKU"/>
          <w:id w:val="-68893268"/>
          <w:showingPlcHdr/>
          <w:text/>
        </w:sdtPr>
        <w:sdtContent>
          <w:r w:rsidRPr="00AA3E13">
            <w:rPr>
              <w:i/>
              <w:color w:val="7A8177"/>
              <w:sz w:val="20"/>
              <w:lang w:val="pl-PL"/>
            </w:rPr>
            <w:t>Klikněte sem a napište počet</w:t>
          </w:r>
        </w:sdtContent>
      </w:sdt>
    </w:p>
    <w:p w14:paraId="653AE510" w14:textId="77777777" w:rsidR="00AA3E13" w:rsidRDefault="00AA3E13">
      <w:pPr>
        <w:keepNext/>
        <w:spacing w:before="60" w:after="40" w:line="240" w:lineRule="auto"/>
        <w:rPr>
          <w:b/>
          <w:lang w:val="pl-PL"/>
        </w:rPr>
      </w:pPr>
    </w:p>
    <w:p w14:paraId="15C46E97" w14:textId="73F3A62C" w:rsidR="00051031" w:rsidRPr="00AA3E13" w:rsidRDefault="00000000">
      <w:pPr>
        <w:keepNext/>
        <w:spacing w:before="60" w:after="40" w:line="240" w:lineRule="auto"/>
        <w:rPr>
          <w:lang w:val="pl-PL"/>
        </w:rPr>
      </w:pPr>
      <w:r w:rsidRPr="00AA3E13">
        <w:rPr>
          <w:b/>
          <w:lang w:val="pl-PL"/>
        </w:rPr>
        <w:t>Věkové složení účastníků</w:t>
      </w:r>
    </w:p>
    <w:p w14:paraId="2BD35738" w14:textId="77777777" w:rsidR="00051031" w:rsidRPr="00AA3E13" w:rsidRDefault="00000000">
      <w:pPr>
        <w:pBdr>
          <w:bottom w:val="single" w:sz="9" w:space="2" w:color="4F7D35"/>
        </w:pBdr>
        <w:shd w:val="clear" w:color="auto" w:fill="F3F6F1"/>
        <w:spacing w:before="60" w:after="60" w:line="252" w:lineRule="auto"/>
        <w:ind w:left="142" w:right="142"/>
        <w:rPr>
          <w:lang w:val="pl-PL"/>
        </w:rPr>
      </w:pPr>
      <w:sdt>
        <w:sdtPr>
          <w:alias w:val="VEKOVE_SLOZENI"/>
          <w:tag w:val="VEKOVE_SLOZENI"/>
          <w:id w:val="-1287810383"/>
          <w:showingPlcHdr/>
          <w:text/>
        </w:sdtPr>
        <w:sdtContent>
          <w:r w:rsidRPr="00AA3E13">
            <w:rPr>
              <w:i/>
              <w:color w:val="7A8177"/>
              <w:sz w:val="20"/>
              <w:lang w:val="pl-PL"/>
            </w:rPr>
            <w:t>Klikněte sem a napište věkové složení</w:t>
          </w:r>
        </w:sdtContent>
      </w:sdt>
    </w:p>
    <w:p w14:paraId="04B48435" w14:textId="77777777" w:rsidR="00AA3E13" w:rsidRDefault="00AA3E13">
      <w:pPr>
        <w:keepNext/>
        <w:spacing w:before="60" w:after="40" w:line="240" w:lineRule="auto"/>
        <w:rPr>
          <w:b/>
          <w:lang w:val="pl-PL"/>
        </w:rPr>
      </w:pPr>
    </w:p>
    <w:p w14:paraId="65C5DA4E" w14:textId="1F72730D" w:rsidR="00051031" w:rsidRPr="00AA3E13" w:rsidRDefault="00000000">
      <w:pPr>
        <w:keepNext/>
        <w:spacing w:before="60" w:after="40" w:line="240" w:lineRule="auto"/>
        <w:rPr>
          <w:lang w:val="pl-PL"/>
        </w:rPr>
      </w:pPr>
      <w:r w:rsidRPr="00AA3E13">
        <w:rPr>
          <w:b/>
          <w:lang w:val="pl-PL"/>
        </w:rPr>
        <w:t>SPZ automobilů nutných k zajištění akce</w:t>
      </w:r>
    </w:p>
    <w:p w14:paraId="7254CFCE" w14:textId="77777777" w:rsidR="00051031" w:rsidRPr="00AA3E13" w:rsidRDefault="00000000">
      <w:pPr>
        <w:pBdr>
          <w:bottom w:val="single" w:sz="9" w:space="2" w:color="4F7D35"/>
        </w:pBdr>
        <w:shd w:val="clear" w:color="auto" w:fill="F3F6F1"/>
        <w:spacing w:before="60" w:after="60" w:line="252" w:lineRule="auto"/>
        <w:ind w:left="142" w:right="142"/>
        <w:rPr>
          <w:lang w:val="pl-PL"/>
        </w:rPr>
      </w:pPr>
      <w:sdt>
        <w:sdtPr>
          <w:alias w:val="SPZ"/>
          <w:tag w:val="SPZ"/>
          <w:id w:val="-237250361"/>
          <w:showingPlcHdr/>
          <w:text/>
        </w:sdtPr>
        <w:sdtContent>
          <w:r w:rsidRPr="00AA3E13">
            <w:rPr>
              <w:i/>
              <w:color w:val="7A8177"/>
              <w:sz w:val="20"/>
              <w:lang w:val="pl-PL"/>
            </w:rPr>
            <w:t>Klikněte sem a napište SPZ (pokud je potřeba)</w:t>
          </w:r>
        </w:sdtContent>
      </w:sdt>
    </w:p>
    <w:p w14:paraId="729AED59" w14:textId="77777777" w:rsidR="00AA3E13" w:rsidRDefault="00AA3E13">
      <w:pPr>
        <w:keepNext/>
        <w:spacing w:before="60" w:after="40" w:line="240" w:lineRule="auto"/>
        <w:rPr>
          <w:b/>
          <w:lang w:val="pl-PL"/>
        </w:rPr>
      </w:pPr>
    </w:p>
    <w:p w14:paraId="3AB4FA23" w14:textId="1C408780" w:rsidR="00051031" w:rsidRPr="00AA3E13" w:rsidRDefault="00000000">
      <w:pPr>
        <w:keepNext/>
        <w:spacing w:before="60" w:after="40" w:line="240" w:lineRule="auto"/>
        <w:rPr>
          <w:lang w:val="pl-PL"/>
        </w:rPr>
      </w:pPr>
      <w:r w:rsidRPr="00AA3E13">
        <w:rPr>
          <w:b/>
          <w:lang w:val="pl-PL"/>
        </w:rPr>
        <w:t>Podrobný popis akce *</w:t>
      </w:r>
    </w:p>
    <w:p w14:paraId="4BECE48F" w14:textId="77777777" w:rsidR="00051031" w:rsidRPr="00AA3E13" w:rsidRDefault="00000000">
      <w:pPr>
        <w:pBdr>
          <w:bottom w:val="single" w:sz="9" w:space="2" w:color="4F7D35"/>
        </w:pBdr>
        <w:shd w:val="clear" w:color="auto" w:fill="F3F6F1"/>
        <w:spacing w:before="60" w:after="100" w:line="252" w:lineRule="auto"/>
        <w:ind w:left="142" w:right="142"/>
        <w:rPr>
          <w:lang w:val="pl-PL"/>
        </w:rPr>
      </w:pPr>
      <w:sdt>
        <w:sdtPr>
          <w:alias w:val="POPIS_AKCE"/>
          <w:tag w:val="POPIS_AKCE"/>
          <w:id w:val="-1053848971"/>
          <w:showingPlcHdr/>
          <w:text/>
        </w:sdtPr>
        <w:sdtContent>
          <w:r>
            <w:rPr>
              <w:i/>
              <w:color w:val="7A8177"/>
              <w:sz w:val="20"/>
            </w:rPr>
            <w:t>Klikněte sem a napište podrobný popis akce</w:t>
          </w:r>
        </w:sdtContent>
      </w:sdt>
      <w:r w:rsidRPr="00AA3E13">
        <w:rPr>
          <w:lang w:val="pl-PL"/>
        </w:rPr>
        <w:br/>
      </w:r>
    </w:p>
    <w:p w14:paraId="0A5340B2" w14:textId="77777777" w:rsidR="00AA3E13" w:rsidRDefault="00AA3E13">
      <w:pPr>
        <w:keepNext/>
        <w:spacing w:before="100" w:line="240" w:lineRule="auto"/>
        <w:rPr>
          <w:b/>
          <w:color w:val="95B327"/>
          <w:sz w:val="26"/>
          <w:lang w:val="pl-PL"/>
        </w:rPr>
      </w:pPr>
    </w:p>
    <w:p w14:paraId="5A09259A" w14:textId="3C9063D9" w:rsidR="00051031" w:rsidRPr="00AA3E13" w:rsidRDefault="00000000">
      <w:pPr>
        <w:keepNext/>
        <w:spacing w:before="100" w:line="240" w:lineRule="auto"/>
        <w:rPr>
          <w:lang w:val="pl-PL"/>
        </w:rPr>
      </w:pPr>
      <w:r w:rsidRPr="00AA3E13">
        <w:rPr>
          <w:b/>
          <w:color w:val="95B327"/>
          <w:sz w:val="26"/>
          <w:lang w:val="pl-PL"/>
        </w:rPr>
        <w:t xml:space="preserve">2  </w:t>
      </w:r>
      <w:r w:rsidRPr="00AA3E13">
        <w:rPr>
          <w:b/>
          <w:color w:val="4F7D35"/>
          <w:sz w:val="26"/>
          <w:lang w:val="pl-PL"/>
        </w:rPr>
        <w:t>Žadatel</w:t>
      </w:r>
    </w:p>
    <w:p w14:paraId="2BF4751D" w14:textId="77777777" w:rsidR="00051031" w:rsidRPr="00AA3E13" w:rsidRDefault="00000000">
      <w:pPr>
        <w:keepNext/>
        <w:spacing w:before="60" w:after="40" w:line="240" w:lineRule="auto"/>
        <w:rPr>
          <w:lang w:val="pl-PL"/>
        </w:rPr>
      </w:pPr>
      <w:r w:rsidRPr="00AA3E13">
        <w:rPr>
          <w:b/>
          <w:lang w:val="pl-PL"/>
        </w:rPr>
        <w:t>Název organizace / jméno fyzické osoby *</w:t>
      </w:r>
    </w:p>
    <w:p w14:paraId="5C3DB027" w14:textId="77777777" w:rsidR="00051031" w:rsidRPr="00AA3E13" w:rsidRDefault="00000000">
      <w:pPr>
        <w:pBdr>
          <w:bottom w:val="single" w:sz="9" w:space="2" w:color="4F7D35"/>
        </w:pBdr>
        <w:shd w:val="clear" w:color="auto" w:fill="F3F6F1"/>
        <w:spacing w:before="60" w:after="60" w:line="252" w:lineRule="auto"/>
        <w:ind w:left="142" w:right="142"/>
        <w:rPr>
          <w:lang w:val="pl-PL"/>
        </w:rPr>
      </w:pPr>
      <w:sdt>
        <w:sdtPr>
          <w:alias w:val="ZADATEL"/>
          <w:tag w:val="ZADATEL"/>
          <w:id w:val="36867625"/>
          <w:showingPlcHdr/>
          <w:text/>
        </w:sdtPr>
        <w:sdtContent>
          <w:r w:rsidRPr="00AA3E13">
            <w:rPr>
              <w:i/>
              <w:color w:val="7A8177"/>
              <w:sz w:val="20"/>
              <w:lang w:val="pl-PL"/>
            </w:rPr>
            <w:t>Klikněte sem a napište název organizace nebo jméno</w:t>
          </w:r>
        </w:sdtContent>
      </w:sdt>
    </w:p>
    <w:p w14:paraId="21D2FB8A" w14:textId="77777777" w:rsidR="00AA3E13" w:rsidRDefault="00AA3E13">
      <w:pPr>
        <w:keepNext/>
        <w:spacing w:before="60" w:after="40" w:line="240" w:lineRule="auto"/>
        <w:rPr>
          <w:b/>
          <w:lang w:val="pl-PL"/>
        </w:rPr>
      </w:pPr>
    </w:p>
    <w:p w14:paraId="459BA11C" w14:textId="36E59D5E" w:rsidR="00051031" w:rsidRPr="00AA3E13" w:rsidRDefault="00000000">
      <w:pPr>
        <w:keepNext/>
        <w:spacing w:before="60" w:after="40" w:line="240" w:lineRule="auto"/>
        <w:rPr>
          <w:lang w:val="pl-PL"/>
        </w:rPr>
      </w:pPr>
      <w:r w:rsidRPr="00AA3E13">
        <w:rPr>
          <w:b/>
          <w:lang w:val="pl-PL"/>
        </w:rPr>
        <w:t>Adresa organizace / fyzické osoby *</w:t>
      </w:r>
    </w:p>
    <w:p w14:paraId="7E8079F2" w14:textId="77777777" w:rsidR="00051031" w:rsidRPr="00AA3E13" w:rsidRDefault="00000000">
      <w:pPr>
        <w:pBdr>
          <w:bottom w:val="single" w:sz="9" w:space="2" w:color="4F7D35"/>
        </w:pBdr>
        <w:shd w:val="clear" w:color="auto" w:fill="F3F6F1"/>
        <w:spacing w:before="60" w:after="60" w:line="252" w:lineRule="auto"/>
        <w:ind w:left="142" w:right="142"/>
        <w:rPr>
          <w:lang w:val="pl-PL"/>
        </w:rPr>
      </w:pPr>
      <w:sdt>
        <w:sdtPr>
          <w:alias w:val="ADRESA"/>
          <w:tag w:val="ADRESA"/>
          <w:id w:val="525064326"/>
          <w:showingPlcHdr/>
          <w:text/>
        </w:sdtPr>
        <w:sdtContent>
          <w:r w:rsidRPr="00AA3E13">
            <w:rPr>
              <w:i/>
              <w:color w:val="7A8177"/>
              <w:sz w:val="20"/>
              <w:lang w:val="pl-PL"/>
            </w:rPr>
            <w:t>Klikněte sem a napište adresu</w:t>
          </w:r>
        </w:sdtContent>
      </w:sdt>
    </w:p>
    <w:p w14:paraId="0169E4CE" w14:textId="77777777" w:rsidR="00AA3E13" w:rsidRDefault="00AA3E13">
      <w:pPr>
        <w:keepNext/>
        <w:spacing w:before="100" w:line="240" w:lineRule="auto"/>
        <w:rPr>
          <w:b/>
          <w:color w:val="95B327"/>
          <w:sz w:val="26"/>
          <w:lang w:val="pl-PL"/>
        </w:rPr>
      </w:pPr>
    </w:p>
    <w:p w14:paraId="21D343C2" w14:textId="36088F30" w:rsidR="00051031" w:rsidRPr="00AA3E13" w:rsidRDefault="00000000">
      <w:pPr>
        <w:keepNext/>
        <w:spacing w:before="100" w:line="240" w:lineRule="auto"/>
        <w:rPr>
          <w:lang w:val="pl-PL"/>
        </w:rPr>
      </w:pPr>
      <w:r w:rsidRPr="00AA3E13">
        <w:rPr>
          <w:b/>
          <w:color w:val="95B327"/>
          <w:sz w:val="26"/>
          <w:lang w:val="pl-PL"/>
        </w:rPr>
        <w:t xml:space="preserve">3  </w:t>
      </w:r>
      <w:r w:rsidRPr="00AA3E13">
        <w:rPr>
          <w:b/>
          <w:color w:val="4F7D35"/>
          <w:sz w:val="26"/>
          <w:lang w:val="pl-PL"/>
        </w:rPr>
        <w:t>Kontaktní osoba</w:t>
      </w:r>
    </w:p>
    <w:p w14:paraId="40DB3348" w14:textId="77777777" w:rsidR="00051031" w:rsidRPr="00AA3E13" w:rsidRDefault="00000000">
      <w:pPr>
        <w:keepNext/>
        <w:spacing w:before="60" w:after="40" w:line="240" w:lineRule="auto"/>
        <w:rPr>
          <w:lang w:val="pl-PL"/>
        </w:rPr>
      </w:pPr>
      <w:r w:rsidRPr="00AA3E13">
        <w:rPr>
          <w:b/>
          <w:lang w:val="pl-PL"/>
        </w:rPr>
        <w:t>Jméno a příjmení *</w:t>
      </w:r>
    </w:p>
    <w:p w14:paraId="344B27C6" w14:textId="77777777" w:rsidR="00051031" w:rsidRPr="00AA3E13" w:rsidRDefault="00000000">
      <w:pPr>
        <w:pBdr>
          <w:bottom w:val="single" w:sz="9" w:space="2" w:color="4F7D35"/>
        </w:pBdr>
        <w:shd w:val="clear" w:color="auto" w:fill="F3F6F1"/>
        <w:spacing w:before="60" w:after="60" w:line="252" w:lineRule="auto"/>
        <w:ind w:left="142" w:right="142"/>
        <w:rPr>
          <w:lang w:val="pl-PL"/>
        </w:rPr>
      </w:pPr>
      <w:sdt>
        <w:sdtPr>
          <w:alias w:val="KONTAKT_JMENO"/>
          <w:tag w:val="KONTAKT_JMENO"/>
          <w:id w:val="-363516645"/>
          <w:showingPlcHdr/>
          <w:text/>
        </w:sdtPr>
        <w:sdtContent>
          <w:r w:rsidRPr="00AA3E13">
            <w:rPr>
              <w:i/>
              <w:color w:val="7A8177"/>
              <w:sz w:val="20"/>
              <w:lang w:val="pl-PL"/>
            </w:rPr>
            <w:t>Klikněte sem a napište jméno a příjmení</w:t>
          </w:r>
        </w:sdtContent>
      </w:sdt>
    </w:p>
    <w:p w14:paraId="573BFACB" w14:textId="77777777" w:rsidR="00AA3E13" w:rsidRDefault="00AA3E13">
      <w:pPr>
        <w:keepNext/>
        <w:spacing w:before="60" w:after="40" w:line="240" w:lineRule="auto"/>
        <w:rPr>
          <w:b/>
          <w:lang w:val="pl-PL"/>
        </w:rPr>
      </w:pPr>
    </w:p>
    <w:p w14:paraId="4241AFDF" w14:textId="567B676F" w:rsidR="00051031" w:rsidRPr="00AA3E13" w:rsidRDefault="00000000">
      <w:pPr>
        <w:keepNext/>
        <w:spacing w:before="60" w:after="40" w:line="240" w:lineRule="auto"/>
        <w:rPr>
          <w:lang w:val="pl-PL"/>
        </w:rPr>
      </w:pPr>
      <w:r w:rsidRPr="00AA3E13">
        <w:rPr>
          <w:b/>
          <w:lang w:val="pl-PL"/>
        </w:rPr>
        <w:t>Telefon a e-mail *</w:t>
      </w:r>
    </w:p>
    <w:p w14:paraId="6D04C8CA" w14:textId="77777777" w:rsidR="00051031" w:rsidRPr="00AA3E13" w:rsidRDefault="00000000">
      <w:pPr>
        <w:pBdr>
          <w:bottom w:val="single" w:sz="9" w:space="2" w:color="4F7D35"/>
        </w:pBdr>
        <w:shd w:val="clear" w:color="auto" w:fill="F3F6F1"/>
        <w:spacing w:before="60" w:after="60" w:line="252" w:lineRule="auto"/>
        <w:ind w:left="142" w:right="142"/>
        <w:rPr>
          <w:lang w:val="pl-PL"/>
        </w:rPr>
      </w:pPr>
      <w:sdt>
        <w:sdtPr>
          <w:alias w:val="KONTAKT"/>
          <w:tag w:val="KONTAKT"/>
          <w:id w:val="-1053384574"/>
          <w:showingPlcHdr/>
          <w:text/>
        </w:sdtPr>
        <w:sdtContent>
          <w:r w:rsidRPr="00AA3E13">
            <w:rPr>
              <w:i/>
              <w:color w:val="7A8177"/>
              <w:sz w:val="20"/>
              <w:lang w:val="pl-PL"/>
            </w:rPr>
            <w:t>Klikněte sem a napište telefon a e-mail</w:t>
          </w:r>
        </w:sdtContent>
      </w:sdt>
    </w:p>
    <w:p w14:paraId="35A53A6B" w14:textId="77777777" w:rsidR="00AA3E13" w:rsidRDefault="00AA3E13">
      <w:pPr>
        <w:keepNext/>
        <w:spacing w:before="100" w:line="240" w:lineRule="auto"/>
        <w:rPr>
          <w:b/>
          <w:color w:val="95B327"/>
          <w:sz w:val="26"/>
          <w:lang w:val="pl-PL"/>
        </w:rPr>
      </w:pPr>
    </w:p>
    <w:p w14:paraId="6B97D1DC" w14:textId="33113183" w:rsidR="00051031" w:rsidRPr="00AA3E13" w:rsidRDefault="00000000">
      <w:pPr>
        <w:keepNext/>
        <w:spacing w:before="100" w:line="240" w:lineRule="auto"/>
        <w:rPr>
          <w:lang w:val="pl-PL"/>
        </w:rPr>
      </w:pPr>
      <w:r w:rsidRPr="00AA3E13">
        <w:rPr>
          <w:b/>
          <w:color w:val="95B327"/>
          <w:sz w:val="26"/>
          <w:lang w:val="pl-PL"/>
        </w:rPr>
        <w:t xml:space="preserve">4  </w:t>
      </w:r>
      <w:r w:rsidRPr="00AA3E13">
        <w:rPr>
          <w:b/>
          <w:color w:val="4F7D35"/>
          <w:sz w:val="26"/>
          <w:lang w:val="pl-PL"/>
        </w:rPr>
        <w:t>Potvrzení žadatele</w:t>
      </w:r>
    </w:p>
    <w:p w14:paraId="3A5AD517" w14:textId="1EBEEDD2" w:rsidR="00051031" w:rsidRPr="00AA3E13" w:rsidRDefault="00000000">
      <w:pPr>
        <w:keepNext/>
        <w:spacing w:before="60" w:after="40" w:line="240" w:lineRule="auto"/>
        <w:rPr>
          <w:lang w:val="pl-PL"/>
        </w:rPr>
      </w:pPr>
      <w:r w:rsidRPr="00AA3E13">
        <w:rPr>
          <w:b/>
          <w:lang w:val="pl-PL"/>
        </w:rPr>
        <w:t>Místo a datum vyplnění</w:t>
      </w:r>
    </w:p>
    <w:p w14:paraId="49ADAA0C" w14:textId="77777777" w:rsidR="00051031" w:rsidRPr="00AA3E13" w:rsidRDefault="00000000">
      <w:pPr>
        <w:pBdr>
          <w:bottom w:val="single" w:sz="9" w:space="2" w:color="4F7D35"/>
        </w:pBdr>
        <w:shd w:val="clear" w:color="auto" w:fill="F3F6F1"/>
        <w:spacing w:before="60" w:after="60" w:line="252" w:lineRule="auto"/>
        <w:ind w:left="142" w:right="142"/>
        <w:rPr>
          <w:lang w:val="pl-PL"/>
        </w:rPr>
      </w:pPr>
      <w:sdt>
        <w:sdtPr>
          <w:alias w:val="MISTO_DATUM"/>
          <w:tag w:val="MISTO_DATUM"/>
          <w:id w:val="131906453"/>
          <w:showingPlcHdr/>
          <w:text/>
        </w:sdtPr>
        <w:sdtContent>
          <w:r w:rsidRPr="00AA3E13">
            <w:rPr>
              <w:i/>
              <w:color w:val="7A8177"/>
              <w:sz w:val="20"/>
              <w:lang w:val="pl-PL"/>
            </w:rPr>
            <w:t>Klikněte sem a napište místo a datum</w:t>
          </w:r>
        </w:sdtContent>
      </w:sdt>
    </w:p>
    <w:p w14:paraId="29AB6081" w14:textId="77777777" w:rsidR="00AA3E13" w:rsidRDefault="00AA3E13">
      <w:pPr>
        <w:keepNext/>
        <w:spacing w:before="60" w:after="40" w:line="240" w:lineRule="auto"/>
        <w:rPr>
          <w:b/>
          <w:lang w:val="pl-PL"/>
        </w:rPr>
      </w:pPr>
    </w:p>
    <w:p w14:paraId="26616E45" w14:textId="74E8FFD4" w:rsidR="00051031" w:rsidRPr="00AA3E13" w:rsidRDefault="00000000">
      <w:pPr>
        <w:keepNext/>
        <w:spacing w:before="60" w:after="40" w:line="240" w:lineRule="auto"/>
        <w:rPr>
          <w:lang w:val="pl-PL"/>
        </w:rPr>
      </w:pPr>
      <w:r w:rsidRPr="00AA3E13">
        <w:rPr>
          <w:b/>
          <w:lang w:val="pl-PL"/>
        </w:rPr>
        <w:t>Jméno a příjmení žadatele</w:t>
      </w:r>
    </w:p>
    <w:p w14:paraId="02D013BA" w14:textId="77777777" w:rsidR="00051031" w:rsidRPr="00AA3E13" w:rsidRDefault="00000000">
      <w:pPr>
        <w:pBdr>
          <w:bottom w:val="single" w:sz="9" w:space="2" w:color="4F7D35"/>
        </w:pBdr>
        <w:shd w:val="clear" w:color="auto" w:fill="F3F6F1"/>
        <w:spacing w:before="60" w:after="60" w:line="252" w:lineRule="auto"/>
        <w:ind w:left="142" w:right="142"/>
        <w:rPr>
          <w:lang w:val="pl-PL"/>
        </w:rPr>
      </w:pPr>
      <w:sdt>
        <w:sdtPr>
          <w:alias w:val="PODPIS_JMENO"/>
          <w:tag w:val="PODPIS_JMENO"/>
          <w:id w:val="-1156830586"/>
          <w:showingPlcHdr/>
          <w:text/>
        </w:sdtPr>
        <w:sdtContent>
          <w:r w:rsidRPr="00AA3E13">
            <w:rPr>
              <w:i/>
              <w:color w:val="7A8177"/>
              <w:sz w:val="20"/>
              <w:lang w:val="pl-PL"/>
            </w:rPr>
            <w:t>Klikněte sem a napište jméno žadatele</w:t>
          </w:r>
        </w:sdtContent>
      </w:sdt>
    </w:p>
    <w:p w14:paraId="0D242F33" w14:textId="77777777" w:rsidR="00AA3E13" w:rsidRDefault="00AA3E13" w:rsidP="00AA3E13">
      <w:pPr>
        <w:spacing w:line="247" w:lineRule="auto"/>
        <w:rPr>
          <w:lang w:val="pl-PL"/>
        </w:rPr>
      </w:pPr>
    </w:p>
    <w:p w14:paraId="00AA7D07" w14:textId="4A006B60" w:rsidR="00051031" w:rsidRPr="00AA3E13" w:rsidRDefault="00000000" w:rsidP="00AA3E13">
      <w:pPr>
        <w:spacing w:line="247" w:lineRule="auto"/>
        <w:rPr>
          <w:lang w:val="pl-PL"/>
        </w:rPr>
      </w:pPr>
      <w:r w:rsidRPr="00AA3E13">
        <w:rPr>
          <w:b/>
          <w:color w:val="4F7D35"/>
          <w:sz w:val="34"/>
          <w:lang w:val="pl-PL"/>
        </w:rPr>
        <w:t>PŘÍLOHY A DŮLEŽITÉ INFORMACE</w:t>
      </w:r>
    </w:p>
    <w:p w14:paraId="278B2138" w14:textId="77777777" w:rsidR="00051031" w:rsidRPr="00AA3E13" w:rsidRDefault="00051031">
      <w:pPr>
        <w:pBdr>
          <w:bottom w:val="single" w:sz="18" w:space="1" w:color="F3C500"/>
        </w:pBdr>
        <w:spacing w:before="40" w:after="120" w:line="240" w:lineRule="auto"/>
        <w:rPr>
          <w:lang w:val="pl-PL"/>
        </w:rPr>
      </w:pPr>
    </w:p>
    <w:p w14:paraId="1F8627F5" w14:textId="77777777" w:rsidR="00051031" w:rsidRPr="00AA3E13" w:rsidRDefault="00000000">
      <w:pPr>
        <w:keepNext/>
        <w:spacing w:before="100" w:line="240" w:lineRule="auto"/>
        <w:rPr>
          <w:lang w:val="pl-PL"/>
        </w:rPr>
      </w:pPr>
      <w:r w:rsidRPr="00AA3E13">
        <w:rPr>
          <w:b/>
          <w:color w:val="4F7D35"/>
          <w:sz w:val="26"/>
          <w:lang w:val="pl-PL"/>
        </w:rPr>
        <w:t>Přílohy</w:t>
      </w:r>
    </w:p>
    <w:p w14:paraId="78B7AC71" w14:textId="77777777" w:rsidR="00051031" w:rsidRPr="00AA3E13" w:rsidRDefault="00000000">
      <w:pPr>
        <w:shd w:val="clear" w:color="auto" w:fill="F5F7F2"/>
        <w:spacing w:after="120" w:line="240" w:lineRule="auto"/>
        <w:ind w:left="170" w:right="170"/>
        <w:rPr>
          <w:lang w:val="pl-PL"/>
        </w:rPr>
      </w:pPr>
      <w:r w:rsidRPr="00AA3E13">
        <w:rPr>
          <w:b/>
          <w:color w:val="4F7D35"/>
          <w:lang w:val="pl-PL"/>
        </w:rPr>
        <w:t>Povinná příloha</w:t>
      </w:r>
      <w:r w:rsidRPr="00AA3E13">
        <w:rPr>
          <w:lang w:val="pl-PL"/>
        </w:rPr>
        <w:br/>
        <w:t>• mapový zákres trasy, u orientačního běhu zákres oblasti závodu</w:t>
      </w:r>
    </w:p>
    <w:p w14:paraId="395F69B8" w14:textId="77777777" w:rsidR="00051031" w:rsidRPr="00AA3E13" w:rsidRDefault="00000000">
      <w:pPr>
        <w:shd w:val="clear" w:color="auto" w:fill="F9FAF8"/>
        <w:spacing w:after="140" w:line="240" w:lineRule="auto"/>
        <w:ind w:left="170" w:right="170"/>
        <w:rPr>
          <w:lang w:val="pl-PL"/>
        </w:rPr>
      </w:pPr>
      <w:r w:rsidRPr="00AA3E13">
        <w:rPr>
          <w:b/>
          <w:color w:val="4F7D35"/>
          <w:lang w:val="pl-PL"/>
        </w:rPr>
        <w:t>Nepovinná příloha</w:t>
      </w:r>
      <w:r w:rsidRPr="00AA3E13">
        <w:rPr>
          <w:lang w:val="pl-PL"/>
        </w:rPr>
        <w:br/>
        <w:t>• žádost o prominutí poplatků za konání hromadné akce</w:t>
      </w:r>
    </w:p>
    <w:p w14:paraId="1C67810D" w14:textId="77777777" w:rsidR="00051031" w:rsidRDefault="00000000">
      <w:pPr>
        <w:keepNext/>
        <w:spacing w:before="100" w:line="240" w:lineRule="auto"/>
      </w:pPr>
      <w:proofErr w:type="spellStart"/>
      <w:r>
        <w:rPr>
          <w:b/>
          <w:color w:val="4F7D35"/>
          <w:sz w:val="26"/>
        </w:rPr>
        <w:t>Poznámky</w:t>
      </w:r>
      <w:proofErr w:type="spellEnd"/>
      <w:r>
        <w:rPr>
          <w:b/>
          <w:color w:val="4F7D35"/>
          <w:sz w:val="26"/>
        </w:rPr>
        <w:t xml:space="preserve"> k </w:t>
      </w:r>
      <w:proofErr w:type="spellStart"/>
      <w:r>
        <w:rPr>
          <w:b/>
          <w:color w:val="4F7D35"/>
          <w:sz w:val="26"/>
        </w:rPr>
        <w:t>vyplnění</w:t>
      </w:r>
      <w:proofErr w:type="spellEnd"/>
    </w:p>
    <w:p w14:paraId="49CE94F5" w14:textId="6161F518" w:rsidR="00051031" w:rsidRPr="00AA3E13" w:rsidRDefault="00AA3E13">
      <w:pPr>
        <w:pStyle w:val="Seznamsodrkami"/>
        <w:spacing w:line="252" w:lineRule="auto"/>
        <w:ind w:left="454" w:hanging="227"/>
        <w:rPr>
          <w:b/>
          <w:bCs/>
        </w:rPr>
      </w:pPr>
      <w:r>
        <w:rPr>
          <w:sz w:val="19"/>
        </w:rPr>
        <w:t xml:space="preserve"> </w:t>
      </w:r>
      <w:r w:rsidR="00000000">
        <w:rPr>
          <w:sz w:val="19"/>
        </w:rPr>
        <w:t xml:space="preserve">SPZ </w:t>
      </w:r>
      <w:proofErr w:type="spellStart"/>
      <w:r w:rsidR="00000000">
        <w:rPr>
          <w:sz w:val="19"/>
        </w:rPr>
        <w:t>uvádějte</w:t>
      </w:r>
      <w:proofErr w:type="spellEnd"/>
      <w:r w:rsidR="00000000">
        <w:rPr>
          <w:sz w:val="19"/>
        </w:rPr>
        <w:t xml:space="preserve"> </w:t>
      </w:r>
      <w:proofErr w:type="spellStart"/>
      <w:r w:rsidR="00000000">
        <w:rPr>
          <w:sz w:val="19"/>
        </w:rPr>
        <w:t>pouze</w:t>
      </w:r>
      <w:proofErr w:type="spellEnd"/>
      <w:r w:rsidR="00000000">
        <w:rPr>
          <w:sz w:val="19"/>
        </w:rPr>
        <w:t xml:space="preserve"> </w:t>
      </w:r>
      <w:proofErr w:type="spellStart"/>
      <w:r w:rsidR="00000000">
        <w:rPr>
          <w:sz w:val="19"/>
        </w:rPr>
        <w:t>tehdy</w:t>
      </w:r>
      <w:proofErr w:type="spellEnd"/>
      <w:r w:rsidR="00000000">
        <w:rPr>
          <w:sz w:val="19"/>
        </w:rPr>
        <w:t xml:space="preserve">, </w:t>
      </w:r>
      <w:proofErr w:type="spellStart"/>
      <w:r w:rsidR="00000000">
        <w:rPr>
          <w:sz w:val="19"/>
        </w:rPr>
        <w:t>pokud</w:t>
      </w:r>
      <w:proofErr w:type="spellEnd"/>
      <w:r w:rsidR="00000000">
        <w:rPr>
          <w:sz w:val="19"/>
        </w:rPr>
        <w:t xml:space="preserve"> je pro zajištění akce nutný vjezd automobilu nebo automobilů do lesů ve správě společnosti Městské lesy Hradec Králové </w:t>
      </w:r>
      <w:proofErr w:type="spellStart"/>
      <w:r w:rsidR="00000000">
        <w:rPr>
          <w:sz w:val="19"/>
        </w:rPr>
        <w:t>a.s.</w:t>
      </w:r>
      <w:proofErr w:type="spellEnd"/>
      <w:r w:rsidR="00000000">
        <w:rPr>
          <w:sz w:val="19"/>
        </w:rPr>
        <w:t xml:space="preserve">; </w:t>
      </w:r>
      <w:proofErr w:type="spellStart"/>
      <w:r w:rsidR="00000000" w:rsidRPr="00AA3E13">
        <w:rPr>
          <w:b/>
          <w:bCs/>
          <w:sz w:val="19"/>
        </w:rPr>
        <w:t>maximálně</w:t>
      </w:r>
      <w:proofErr w:type="spellEnd"/>
      <w:r w:rsidR="00000000" w:rsidRPr="00AA3E13">
        <w:rPr>
          <w:b/>
          <w:bCs/>
          <w:sz w:val="19"/>
        </w:rPr>
        <w:t xml:space="preserve"> 5 </w:t>
      </w:r>
      <w:proofErr w:type="spellStart"/>
      <w:r w:rsidR="00000000" w:rsidRPr="00AA3E13">
        <w:rPr>
          <w:b/>
          <w:bCs/>
          <w:sz w:val="19"/>
        </w:rPr>
        <w:t>ks</w:t>
      </w:r>
      <w:proofErr w:type="spellEnd"/>
      <w:r w:rsidR="00000000" w:rsidRPr="00AA3E13">
        <w:rPr>
          <w:b/>
          <w:bCs/>
          <w:sz w:val="19"/>
        </w:rPr>
        <w:t xml:space="preserve">. Cena vjezdu se </w:t>
      </w:r>
      <w:proofErr w:type="spellStart"/>
      <w:r w:rsidR="00000000" w:rsidRPr="00AA3E13">
        <w:rPr>
          <w:b/>
          <w:bCs/>
          <w:sz w:val="19"/>
        </w:rPr>
        <w:t>řídí</w:t>
      </w:r>
      <w:proofErr w:type="spellEnd"/>
      <w:r w:rsidR="00000000" w:rsidRPr="00AA3E13">
        <w:rPr>
          <w:b/>
          <w:bCs/>
          <w:sz w:val="19"/>
        </w:rPr>
        <w:t xml:space="preserve"> </w:t>
      </w:r>
      <w:proofErr w:type="spellStart"/>
      <w:r w:rsidR="00000000" w:rsidRPr="00AA3E13">
        <w:rPr>
          <w:b/>
          <w:bCs/>
          <w:sz w:val="19"/>
        </w:rPr>
        <w:t>platným</w:t>
      </w:r>
      <w:proofErr w:type="spellEnd"/>
      <w:r w:rsidR="00000000" w:rsidRPr="00AA3E13">
        <w:rPr>
          <w:b/>
          <w:bCs/>
          <w:sz w:val="19"/>
        </w:rPr>
        <w:t xml:space="preserve"> </w:t>
      </w:r>
      <w:proofErr w:type="spellStart"/>
      <w:r w:rsidR="00000000" w:rsidRPr="00AA3E13">
        <w:rPr>
          <w:b/>
          <w:bCs/>
          <w:sz w:val="19"/>
        </w:rPr>
        <w:t>ceníkem</w:t>
      </w:r>
      <w:proofErr w:type="spellEnd"/>
      <w:r w:rsidR="00000000" w:rsidRPr="00AA3E13">
        <w:rPr>
          <w:b/>
          <w:bCs/>
          <w:sz w:val="19"/>
        </w:rPr>
        <w:t>.</w:t>
      </w:r>
    </w:p>
    <w:p w14:paraId="15354E8D" w14:textId="06049548" w:rsidR="00051031" w:rsidRDefault="00AA3E13">
      <w:pPr>
        <w:pStyle w:val="Seznamsodrkami"/>
        <w:spacing w:line="252" w:lineRule="auto"/>
        <w:ind w:left="454" w:hanging="227"/>
      </w:pPr>
      <w:r>
        <w:rPr>
          <w:sz w:val="19"/>
        </w:rPr>
        <w:t xml:space="preserve"> </w:t>
      </w:r>
      <w:r w:rsidR="00000000">
        <w:rPr>
          <w:sz w:val="19"/>
        </w:rPr>
        <w:t xml:space="preserve">V </w:t>
      </w:r>
      <w:proofErr w:type="spellStart"/>
      <w:r w:rsidR="00000000">
        <w:rPr>
          <w:sz w:val="19"/>
        </w:rPr>
        <w:t>žádosti</w:t>
      </w:r>
      <w:proofErr w:type="spellEnd"/>
      <w:r w:rsidR="00000000">
        <w:rPr>
          <w:sz w:val="19"/>
        </w:rPr>
        <w:t xml:space="preserve"> o </w:t>
      </w:r>
      <w:proofErr w:type="spellStart"/>
      <w:r w:rsidR="00000000">
        <w:rPr>
          <w:sz w:val="19"/>
        </w:rPr>
        <w:t>prominutí</w:t>
      </w:r>
      <w:proofErr w:type="spellEnd"/>
      <w:r w:rsidR="00000000">
        <w:rPr>
          <w:sz w:val="19"/>
        </w:rPr>
        <w:t xml:space="preserve"> </w:t>
      </w:r>
      <w:proofErr w:type="spellStart"/>
      <w:r w:rsidR="00000000">
        <w:rPr>
          <w:sz w:val="19"/>
        </w:rPr>
        <w:t>poplatků</w:t>
      </w:r>
      <w:proofErr w:type="spellEnd"/>
      <w:r w:rsidR="00000000">
        <w:rPr>
          <w:sz w:val="19"/>
        </w:rPr>
        <w:t xml:space="preserve"> uveďte důvody, které by podle vás měly k prominutí vést, například nízké nebo žádné startovné, malý počet účastníků, akce pro děti nebo charitativní charakter.</w:t>
      </w:r>
    </w:p>
    <w:p w14:paraId="39133F01" w14:textId="78DF8C6C" w:rsidR="00051031" w:rsidRDefault="00AA3E13">
      <w:pPr>
        <w:pStyle w:val="Seznamsodrkami"/>
        <w:spacing w:line="252" w:lineRule="auto"/>
        <w:ind w:left="454" w:hanging="227"/>
      </w:pPr>
      <w:r>
        <w:rPr>
          <w:sz w:val="19"/>
        </w:rPr>
        <w:t xml:space="preserve"> </w:t>
      </w:r>
      <w:proofErr w:type="spellStart"/>
      <w:r w:rsidR="00000000">
        <w:rPr>
          <w:sz w:val="19"/>
        </w:rPr>
        <w:t>Pokud</w:t>
      </w:r>
      <w:proofErr w:type="spellEnd"/>
      <w:r w:rsidR="00000000">
        <w:rPr>
          <w:sz w:val="19"/>
        </w:rPr>
        <w:t xml:space="preserve"> </w:t>
      </w:r>
      <w:proofErr w:type="spellStart"/>
      <w:r w:rsidR="00000000">
        <w:rPr>
          <w:sz w:val="19"/>
        </w:rPr>
        <w:t>formulář</w:t>
      </w:r>
      <w:proofErr w:type="spellEnd"/>
      <w:r w:rsidR="00000000">
        <w:rPr>
          <w:sz w:val="19"/>
        </w:rPr>
        <w:t xml:space="preserve"> </w:t>
      </w:r>
      <w:proofErr w:type="spellStart"/>
      <w:r w:rsidR="00000000">
        <w:rPr>
          <w:sz w:val="19"/>
        </w:rPr>
        <w:t>vyplňujete</w:t>
      </w:r>
      <w:proofErr w:type="spellEnd"/>
      <w:r w:rsidR="00000000">
        <w:rPr>
          <w:sz w:val="19"/>
        </w:rPr>
        <w:t xml:space="preserve"> v MS Word a zasíláte elektronicky, není nutný podpis; postačí jméno a příjmení.</w:t>
      </w:r>
    </w:p>
    <w:p w14:paraId="3264E3A7" w14:textId="77777777" w:rsidR="00051031" w:rsidRDefault="00000000">
      <w:pPr>
        <w:keepNext/>
        <w:spacing w:before="100" w:line="240" w:lineRule="auto"/>
      </w:pPr>
      <w:r>
        <w:rPr>
          <w:b/>
          <w:color w:val="4F7D35"/>
          <w:sz w:val="26"/>
        </w:rPr>
        <w:t>Důležitá upozornění pro pořadatele hromadných akcí</w:t>
      </w:r>
    </w:p>
    <w:p w14:paraId="637E52C9" w14:textId="331AFDF3" w:rsidR="00051031" w:rsidRDefault="00AA3E13">
      <w:pPr>
        <w:pStyle w:val="Seznamsodrkami"/>
        <w:spacing w:line="252" w:lineRule="auto"/>
        <w:ind w:left="454" w:hanging="227"/>
      </w:pPr>
      <w:r>
        <w:rPr>
          <w:sz w:val="19"/>
        </w:rPr>
        <w:t xml:space="preserve"> </w:t>
      </w:r>
      <w:proofErr w:type="spellStart"/>
      <w:r w:rsidR="00000000">
        <w:rPr>
          <w:sz w:val="19"/>
        </w:rPr>
        <w:t>Pořadatelé</w:t>
      </w:r>
      <w:proofErr w:type="spellEnd"/>
      <w:r w:rsidR="00000000">
        <w:rPr>
          <w:sz w:val="19"/>
        </w:rPr>
        <w:t xml:space="preserve"> </w:t>
      </w:r>
      <w:proofErr w:type="spellStart"/>
      <w:r w:rsidR="00000000">
        <w:rPr>
          <w:sz w:val="19"/>
        </w:rPr>
        <w:t>zajistí</w:t>
      </w:r>
      <w:proofErr w:type="spellEnd"/>
      <w:r w:rsidR="00000000">
        <w:rPr>
          <w:sz w:val="19"/>
        </w:rPr>
        <w:t xml:space="preserve">, aby </w:t>
      </w:r>
      <w:proofErr w:type="spellStart"/>
      <w:r w:rsidR="00000000">
        <w:rPr>
          <w:sz w:val="19"/>
        </w:rPr>
        <w:t>nedocházelo</w:t>
      </w:r>
      <w:proofErr w:type="spellEnd"/>
      <w:r w:rsidR="00000000">
        <w:rPr>
          <w:sz w:val="19"/>
        </w:rPr>
        <w:t xml:space="preserve"> k porušování ustanovení lesního zákona. Případné nedodržení budou Městské lesy Hradec Králové a.s. řešit s orgánem státní správy lesů a může mít vliv na případné nepovolení budoucích akcí. Zejména upozorňujeme, že je v lese zakázáno rušit klid a ticho a znečišťovat les odpadky nebo značením trvalého charakteru.</w:t>
      </w:r>
    </w:p>
    <w:p w14:paraId="003AD00D" w14:textId="5EA597E6" w:rsidR="00051031" w:rsidRDefault="00AA3E13">
      <w:pPr>
        <w:pStyle w:val="Seznamsodrkami"/>
        <w:spacing w:line="252" w:lineRule="auto"/>
        <w:ind w:left="454" w:hanging="227"/>
      </w:pPr>
      <w:r>
        <w:rPr>
          <w:sz w:val="19"/>
        </w:rPr>
        <w:t xml:space="preserve"> </w:t>
      </w:r>
      <w:proofErr w:type="spellStart"/>
      <w:r w:rsidR="00000000">
        <w:rPr>
          <w:sz w:val="19"/>
        </w:rPr>
        <w:t>Podle</w:t>
      </w:r>
      <w:proofErr w:type="spellEnd"/>
      <w:r w:rsidR="00000000">
        <w:rPr>
          <w:sz w:val="19"/>
        </w:rPr>
        <w:t xml:space="preserve"> § 20 </w:t>
      </w:r>
      <w:proofErr w:type="spellStart"/>
      <w:r w:rsidR="00000000">
        <w:rPr>
          <w:sz w:val="19"/>
        </w:rPr>
        <w:t>odst</w:t>
      </w:r>
      <w:proofErr w:type="spellEnd"/>
      <w:r w:rsidR="00000000">
        <w:rPr>
          <w:sz w:val="19"/>
        </w:rPr>
        <w:t>. 5 lesního zákona č. 289/1995 Sb. lze organizované sportovní akce v lese konat na základě oznámení orgánu státní správy lesů (Magistrát města Hradec Králové, odbor životního prostředí). Souhlas Městských lesů nahrazuje souhlas vlastníka lesa, který přiložte k oznámení.</w:t>
      </w:r>
    </w:p>
    <w:p w14:paraId="6B4C2CD4" w14:textId="11C14D4A" w:rsidR="00051031" w:rsidRPr="00AA3E13" w:rsidRDefault="00AA3E13">
      <w:pPr>
        <w:pStyle w:val="Seznamsodrkami"/>
        <w:spacing w:line="252" w:lineRule="auto"/>
        <w:ind w:left="454" w:hanging="227"/>
        <w:rPr>
          <w:lang w:val="pl-PL"/>
        </w:rPr>
      </w:pPr>
      <w:r>
        <w:rPr>
          <w:sz w:val="19"/>
          <w:lang w:val="pl-PL"/>
        </w:rPr>
        <w:t xml:space="preserve"> </w:t>
      </w:r>
      <w:r w:rsidR="00000000" w:rsidRPr="00AA3E13">
        <w:rPr>
          <w:sz w:val="19"/>
          <w:lang w:val="pl-PL"/>
        </w:rPr>
        <w:t>Vstup do lesa je podle § 19 odst. 1 lesního zákona č. 289/1995 Sb. na vlastní nebezpečí. To se týká i lesních cest, které jsou rovněž lesními pozemky. Dbejte zvýšené opatrnosti, protože může dojít k nepředvídanému pádu větví nebo stromů.</w:t>
      </w:r>
    </w:p>
    <w:p w14:paraId="6460C45D" w14:textId="77777777" w:rsidR="00051031" w:rsidRPr="00AA3E13" w:rsidRDefault="00000000">
      <w:pPr>
        <w:shd w:val="clear" w:color="auto" w:fill="F3F6F1"/>
        <w:spacing w:before="140" w:after="100" w:line="240" w:lineRule="auto"/>
        <w:ind w:left="170" w:right="170"/>
        <w:rPr>
          <w:lang w:val="pl-PL"/>
        </w:rPr>
      </w:pPr>
      <w:r w:rsidRPr="00AA3E13">
        <w:rPr>
          <w:b/>
          <w:color w:val="4F7D35"/>
          <w:lang w:val="pl-PL"/>
        </w:rPr>
        <w:t xml:space="preserve">Poplatek za akci: </w:t>
      </w:r>
      <w:r w:rsidRPr="00AA3E13">
        <w:rPr>
          <w:lang w:val="pl-PL"/>
        </w:rPr>
        <w:t>Pořádání hromadných akcí je zpoplatněno dle platného ceníku: https://www.mestske-lesy.cz/ceniky/</w:t>
      </w:r>
    </w:p>
    <w:p w14:paraId="6F5A1C0B" w14:textId="6CD78324" w:rsidR="00051031" w:rsidRDefault="00AA3E13">
      <w:pPr>
        <w:spacing w:after="140" w:line="240" w:lineRule="auto"/>
      </w:pPr>
      <w:r>
        <w:rPr>
          <w:b/>
          <w:color w:val="4F7D35"/>
        </w:rPr>
        <w:t xml:space="preserve">    </w:t>
      </w:r>
      <w:proofErr w:type="spellStart"/>
      <w:r w:rsidR="00000000">
        <w:rPr>
          <w:b/>
          <w:color w:val="4F7D35"/>
        </w:rPr>
        <w:t>Více</w:t>
      </w:r>
      <w:proofErr w:type="spellEnd"/>
      <w:r w:rsidR="00000000">
        <w:rPr>
          <w:b/>
          <w:color w:val="4F7D35"/>
        </w:rPr>
        <w:t xml:space="preserve"> </w:t>
      </w:r>
      <w:proofErr w:type="spellStart"/>
      <w:r w:rsidR="00000000">
        <w:rPr>
          <w:b/>
          <w:color w:val="4F7D35"/>
        </w:rPr>
        <w:t>informací</w:t>
      </w:r>
      <w:proofErr w:type="spellEnd"/>
      <w:r w:rsidR="00000000">
        <w:rPr>
          <w:b/>
          <w:color w:val="4F7D35"/>
        </w:rPr>
        <w:t xml:space="preserve">: </w:t>
      </w:r>
      <w:r w:rsidR="00000000">
        <w:t>Ing. Aneta Bůžková, 601 591 270, lesni.pedagog@vslesy.cz</w:t>
      </w:r>
    </w:p>
    <w:p w14:paraId="6EF2C04A" w14:textId="77777777" w:rsidR="00051031" w:rsidRDefault="00051031">
      <w:pPr>
        <w:pBdr>
          <w:bottom w:val="single" w:sz="8" w:space="1" w:color="4F7D35"/>
        </w:pBdr>
        <w:spacing w:before="40" w:after="120" w:line="240" w:lineRule="auto"/>
      </w:pPr>
    </w:p>
    <w:p w14:paraId="71C7BF1B" w14:textId="12DF32E6" w:rsidR="00051031" w:rsidRDefault="00051031">
      <w:pPr>
        <w:spacing w:after="20" w:line="240" w:lineRule="auto"/>
      </w:pPr>
    </w:p>
    <w:p w14:paraId="0FB0F622" w14:textId="77777777" w:rsidR="00AA3E13" w:rsidRDefault="00AA3E13">
      <w:pPr>
        <w:spacing w:after="0" w:line="240" w:lineRule="auto"/>
        <w:jc w:val="center"/>
        <w:rPr>
          <w:noProof/>
        </w:rPr>
      </w:pPr>
    </w:p>
    <w:p w14:paraId="16FB6220" w14:textId="17B04C0B" w:rsidR="00051031" w:rsidRDefault="00051031">
      <w:pPr>
        <w:spacing w:after="0" w:line="240" w:lineRule="auto"/>
        <w:jc w:val="center"/>
      </w:pPr>
    </w:p>
    <w:sectPr w:rsidR="00051031" w:rsidSect="00034616">
      <w:pgSz w:w="11906" w:h="16838"/>
      <w:pgMar w:top="510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712687">
    <w:abstractNumId w:val="8"/>
  </w:num>
  <w:num w:numId="2" w16cid:durableId="2070029759">
    <w:abstractNumId w:val="6"/>
  </w:num>
  <w:num w:numId="3" w16cid:durableId="795218287">
    <w:abstractNumId w:val="5"/>
  </w:num>
  <w:num w:numId="4" w16cid:durableId="1776706542">
    <w:abstractNumId w:val="4"/>
  </w:num>
  <w:num w:numId="5" w16cid:durableId="1278566245">
    <w:abstractNumId w:val="7"/>
  </w:num>
  <w:num w:numId="6" w16cid:durableId="1764378082">
    <w:abstractNumId w:val="3"/>
  </w:num>
  <w:num w:numId="7" w16cid:durableId="136577034">
    <w:abstractNumId w:val="2"/>
  </w:num>
  <w:num w:numId="8" w16cid:durableId="157965222">
    <w:abstractNumId w:val="1"/>
  </w:num>
  <w:num w:numId="9" w16cid:durableId="457603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1031"/>
    <w:rsid w:val="0006063C"/>
    <w:rsid w:val="0015074B"/>
    <w:rsid w:val="0029639D"/>
    <w:rsid w:val="00326F90"/>
    <w:rsid w:val="00AA1D8D"/>
    <w:rsid w:val="00AA3E13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DDD52B"/>
  <w14:defaultImageDpi w14:val="300"/>
  <w15:docId w15:val="{9D5991E5-A9E3-4D1E-B577-B65FFFC0B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/>
    </w:pPr>
    <w:rPr>
      <w:rFonts w:ascii="Aptos" w:eastAsia="Aptos" w:hAnsi="Aptos"/>
      <w:color w:val="222222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AA3E13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A3E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448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pořádání hromadné akce – vyplnitelný formulář</dc:title>
  <dc:subject>Městské lesy Hradec Králové a.s.</dc:subject>
  <dc:creator>python-docx</dc:creator>
  <cp:keywords/>
  <dc:description>Aktualizovaná vyplnitelná verze bez tabulkového rozvržení.</dc:description>
  <cp:lastModifiedBy>Aneta Bůžková</cp:lastModifiedBy>
  <cp:revision>3</cp:revision>
  <dcterms:created xsi:type="dcterms:W3CDTF">2013-12-23T23:15:00Z</dcterms:created>
  <dcterms:modified xsi:type="dcterms:W3CDTF">2026-08-26T10:44:00Z</dcterms:modified>
  <cp:category/>
</cp:coreProperties>
</file>